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8FE63" w14:textId="77777777" w:rsidR="00C0716B" w:rsidRPr="00240901" w:rsidRDefault="00AC7B18">
      <w:pPr>
        <w:pStyle w:val="Balk1"/>
        <w:jc w:val="center"/>
        <w:rPr>
          <w:rFonts w:cstheme="majorHAnsi"/>
          <w:lang w:val="tr-TR"/>
        </w:rPr>
      </w:pPr>
      <w:r w:rsidRPr="00240901">
        <w:rPr>
          <w:rFonts w:cstheme="majorHAnsi"/>
          <w:lang w:val="tr-TR"/>
        </w:rPr>
        <w:t>UFBMEK 2026 KYK Yurt Konaklama Başvuru Formu</w:t>
      </w:r>
    </w:p>
    <w:p w14:paraId="1C43F9A1" w14:textId="214F63DE" w:rsidR="00C0716B" w:rsidRPr="00240901" w:rsidRDefault="00AC7B18">
      <w:pPr>
        <w:rPr>
          <w:rFonts w:asciiTheme="majorHAnsi" w:hAnsiTheme="majorHAnsi" w:cstheme="majorHAnsi"/>
          <w:lang w:val="tr-TR"/>
        </w:rPr>
      </w:pPr>
      <w:r w:rsidRPr="00240901">
        <w:rPr>
          <w:rFonts w:asciiTheme="majorHAnsi" w:hAnsiTheme="majorHAnsi" w:cstheme="majorHAnsi"/>
          <w:lang w:val="tr-TR"/>
        </w:rPr>
        <w:t xml:space="preserve">Lütfen aşağıdaki bilgileri eksiksiz doldurarak </w:t>
      </w:r>
      <w:r w:rsidRPr="00240901">
        <w:rPr>
          <w:rFonts w:asciiTheme="majorHAnsi" w:hAnsiTheme="majorHAnsi" w:cstheme="majorHAnsi"/>
          <w:b/>
          <w:lang w:val="tr-TR"/>
        </w:rPr>
        <w:t>UFBMEK 2026 KYK Yurt Konaklama Başvurusu</w:t>
      </w:r>
      <w:r w:rsidRPr="00240901">
        <w:rPr>
          <w:rFonts w:asciiTheme="majorHAnsi" w:hAnsiTheme="majorHAnsi" w:cstheme="majorHAnsi"/>
          <w:lang w:val="tr-TR"/>
        </w:rPr>
        <w:t xml:space="preserve"> konu başlığı ile </w:t>
      </w:r>
      <w:hyperlink r:id="rId8" w:history="1">
        <w:r w:rsidR="00E27FD1" w:rsidRPr="00991B57">
          <w:rPr>
            <w:rStyle w:val="Kpr"/>
            <w:rFonts w:asciiTheme="majorHAnsi" w:hAnsiTheme="majorHAnsi" w:cstheme="majorHAnsi"/>
            <w:b/>
            <w:lang w:val="tr-TR"/>
          </w:rPr>
          <w:t>ufbmekyurtknklm@gmail.com</w:t>
        </w:r>
      </w:hyperlink>
      <w:r w:rsidR="00E27FD1">
        <w:rPr>
          <w:rFonts w:asciiTheme="majorHAnsi" w:hAnsiTheme="majorHAnsi" w:cstheme="majorHAnsi"/>
          <w:b/>
          <w:lang w:val="tr-TR"/>
        </w:rPr>
        <w:t xml:space="preserve"> </w:t>
      </w:r>
      <w:r w:rsidRPr="00240901">
        <w:rPr>
          <w:rFonts w:asciiTheme="majorHAnsi" w:hAnsiTheme="majorHAnsi" w:cstheme="majorHAnsi"/>
          <w:lang w:val="tr-TR"/>
        </w:rPr>
        <w:t>adresine e-posta olarak gönderiniz.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6"/>
        <w:gridCol w:w="1071"/>
        <w:gridCol w:w="997"/>
        <w:gridCol w:w="926"/>
        <w:gridCol w:w="1125"/>
        <w:gridCol w:w="951"/>
        <w:gridCol w:w="949"/>
        <w:gridCol w:w="1522"/>
        <w:gridCol w:w="1524"/>
        <w:gridCol w:w="699"/>
        <w:gridCol w:w="1110"/>
        <w:gridCol w:w="1110"/>
      </w:tblGrid>
      <w:tr w:rsidR="000C42D8" w:rsidRPr="00240901" w14:paraId="54C1164E" w14:textId="77777777" w:rsidTr="006B1268">
        <w:tc>
          <w:tcPr>
            <w:tcW w:w="976" w:type="dxa"/>
            <w:vMerge w:val="restart"/>
          </w:tcPr>
          <w:p w14:paraId="17664689" w14:textId="0CD5A367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 xml:space="preserve">Adı Soyadı </w:t>
            </w:r>
          </w:p>
        </w:tc>
        <w:tc>
          <w:tcPr>
            <w:tcW w:w="1075" w:type="dxa"/>
            <w:vMerge w:val="restart"/>
          </w:tcPr>
          <w:p w14:paraId="49ACA9C5" w14:textId="6456DF91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proofErr w:type="gramStart"/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>TC</w:t>
            </w:r>
            <w:proofErr w:type="gramEnd"/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 xml:space="preserve"> Numarası </w:t>
            </w:r>
          </w:p>
        </w:tc>
        <w:tc>
          <w:tcPr>
            <w:tcW w:w="1002" w:type="dxa"/>
            <w:vMerge w:val="restart"/>
          </w:tcPr>
          <w:p w14:paraId="7FF9C6A6" w14:textId="1AD7E9DB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>Cep telefonu</w:t>
            </w:r>
          </w:p>
        </w:tc>
        <w:tc>
          <w:tcPr>
            <w:tcW w:w="945" w:type="dxa"/>
            <w:vMerge w:val="restart"/>
          </w:tcPr>
          <w:p w14:paraId="2C46D793" w14:textId="72E7EF1A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proofErr w:type="gramStart"/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>e</w:t>
            </w:r>
            <w:proofErr w:type="gramEnd"/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 xml:space="preserve"> </w:t>
            </w:r>
            <w:proofErr w:type="gramStart"/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>mail</w:t>
            </w:r>
            <w:proofErr w:type="gramEnd"/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1129" w:type="dxa"/>
            <w:vMerge w:val="restart"/>
          </w:tcPr>
          <w:p w14:paraId="36B0F219" w14:textId="77777777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 xml:space="preserve">Kurum </w:t>
            </w:r>
          </w:p>
          <w:p w14:paraId="34C8F340" w14:textId="129DF8E7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 xml:space="preserve">Üniversite </w:t>
            </w:r>
          </w:p>
        </w:tc>
        <w:tc>
          <w:tcPr>
            <w:tcW w:w="1928" w:type="dxa"/>
            <w:gridSpan w:val="2"/>
          </w:tcPr>
          <w:p w14:paraId="7CA6DA05" w14:textId="77777777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 xml:space="preserve">Cinsiyet </w:t>
            </w:r>
          </w:p>
          <w:p w14:paraId="611CBCAC" w14:textId="2D5CFD1E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>(Aşağıdaki uygun seçeneği X şeklinde belirtiniz)</w:t>
            </w:r>
          </w:p>
        </w:tc>
        <w:tc>
          <w:tcPr>
            <w:tcW w:w="3826" w:type="dxa"/>
            <w:gridSpan w:val="3"/>
          </w:tcPr>
          <w:p w14:paraId="7EF92FA9" w14:textId="77777777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 xml:space="preserve">Konaklama türü </w:t>
            </w:r>
          </w:p>
          <w:p w14:paraId="14DFA5A2" w14:textId="0429160E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>(Aşağıdaki uygun seçeneği X şeklinde belirtiniz)</w:t>
            </w:r>
          </w:p>
        </w:tc>
        <w:tc>
          <w:tcPr>
            <w:tcW w:w="1134" w:type="dxa"/>
            <w:vMerge w:val="restart"/>
          </w:tcPr>
          <w:p w14:paraId="62E1F7EA" w14:textId="3F6D8CE7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 xml:space="preserve">Giriş tarihi </w:t>
            </w:r>
          </w:p>
        </w:tc>
        <w:tc>
          <w:tcPr>
            <w:tcW w:w="1134" w:type="dxa"/>
            <w:vMerge w:val="restart"/>
          </w:tcPr>
          <w:p w14:paraId="11F0B177" w14:textId="7AB70550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 xml:space="preserve">Çıkış tarihi </w:t>
            </w:r>
          </w:p>
        </w:tc>
      </w:tr>
      <w:tr w:rsidR="000C42D8" w:rsidRPr="00240901" w14:paraId="0DE20324" w14:textId="77777777" w:rsidTr="006B1268">
        <w:trPr>
          <w:trHeight w:val="70"/>
        </w:trPr>
        <w:tc>
          <w:tcPr>
            <w:tcW w:w="976" w:type="dxa"/>
            <w:vMerge/>
          </w:tcPr>
          <w:p w14:paraId="0E819045" w14:textId="77777777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1075" w:type="dxa"/>
            <w:vMerge/>
          </w:tcPr>
          <w:p w14:paraId="1B886A0E" w14:textId="77777777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1002" w:type="dxa"/>
            <w:vMerge/>
          </w:tcPr>
          <w:p w14:paraId="5B595D65" w14:textId="77777777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945" w:type="dxa"/>
            <w:vMerge/>
          </w:tcPr>
          <w:p w14:paraId="0E60E262" w14:textId="77777777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1129" w:type="dxa"/>
            <w:vMerge/>
          </w:tcPr>
          <w:p w14:paraId="35D9724A" w14:textId="77777777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965" w:type="dxa"/>
          </w:tcPr>
          <w:p w14:paraId="72024C8F" w14:textId="26ADA079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 xml:space="preserve">Kadın </w:t>
            </w:r>
          </w:p>
        </w:tc>
        <w:tc>
          <w:tcPr>
            <w:tcW w:w="963" w:type="dxa"/>
          </w:tcPr>
          <w:p w14:paraId="5D3FF552" w14:textId="497AFB1B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>Erkek</w:t>
            </w:r>
          </w:p>
        </w:tc>
        <w:tc>
          <w:tcPr>
            <w:tcW w:w="1558" w:type="dxa"/>
          </w:tcPr>
          <w:p w14:paraId="79B32FDD" w14:textId="1D0A075F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>Kadın öğrenci</w:t>
            </w:r>
          </w:p>
        </w:tc>
        <w:tc>
          <w:tcPr>
            <w:tcW w:w="1560" w:type="dxa"/>
          </w:tcPr>
          <w:p w14:paraId="6A4032C2" w14:textId="490AD288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 xml:space="preserve">Erkek öğrenci </w:t>
            </w:r>
          </w:p>
        </w:tc>
        <w:tc>
          <w:tcPr>
            <w:tcW w:w="708" w:type="dxa"/>
          </w:tcPr>
          <w:p w14:paraId="3BE837E2" w14:textId="54DAEC01" w:rsidR="000C42D8" w:rsidRPr="00240901" w:rsidRDefault="000C42D8">
            <w:pPr>
              <w:rPr>
                <w:rFonts w:asciiTheme="majorHAnsi" w:hAnsiTheme="majorHAnsi" w:cstheme="majorHAnsi"/>
                <w:sz w:val="20"/>
                <w:szCs w:val="20"/>
                <w:lang w:val="tr-TR"/>
              </w:rPr>
            </w:pPr>
            <w:r w:rsidRPr="00240901">
              <w:rPr>
                <w:rFonts w:asciiTheme="majorHAnsi" w:hAnsiTheme="majorHAnsi" w:cstheme="majorHAnsi"/>
                <w:sz w:val="20"/>
                <w:szCs w:val="20"/>
                <w:lang w:val="tr-TR"/>
              </w:rPr>
              <w:t>Aile</w:t>
            </w:r>
          </w:p>
        </w:tc>
        <w:tc>
          <w:tcPr>
            <w:tcW w:w="1134" w:type="dxa"/>
            <w:vMerge/>
          </w:tcPr>
          <w:p w14:paraId="56B4B929" w14:textId="77777777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1134" w:type="dxa"/>
            <w:vMerge/>
          </w:tcPr>
          <w:p w14:paraId="6E302E7C" w14:textId="77777777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</w:tr>
      <w:tr w:rsidR="000C42D8" w:rsidRPr="00240901" w14:paraId="1E1785EE" w14:textId="77777777" w:rsidTr="006B1268">
        <w:tc>
          <w:tcPr>
            <w:tcW w:w="976" w:type="dxa"/>
          </w:tcPr>
          <w:p w14:paraId="0373141C" w14:textId="7419178A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1075" w:type="dxa"/>
          </w:tcPr>
          <w:p w14:paraId="70D715A4" w14:textId="58DEBD82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1002" w:type="dxa"/>
          </w:tcPr>
          <w:p w14:paraId="06661983" w14:textId="124414CD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945" w:type="dxa"/>
          </w:tcPr>
          <w:p w14:paraId="15ED5D7B" w14:textId="5B98DC30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1129" w:type="dxa"/>
          </w:tcPr>
          <w:p w14:paraId="4E27F593" w14:textId="26A679BC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965" w:type="dxa"/>
          </w:tcPr>
          <w:p w14:paraId="6E04E396" w14:textId="14FFE23E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963" w:type="dxa"/>
          </w:tcPr>
          <w:p w14:paraId="4C9BF3DE" w14:textId="77777777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1558" w:type="dxa"/>
          </w:tcPr>
          <w:p w14:paraId="15E76797" w14:textId="1CFF9B92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1560" w:type="dxa"/>
          </w:tcPr>
          <w:p w14:paraId="697DBA75" w14:textId="77777777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708" w:type="dxa"/>
          </w:tcPr>
          <w:p w14:paraId="176719F6" w14:textId="77777777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1134" w:type="dxa"/>
          </w:tcPr>
          <w:p w14:paraId="695BA4B8" w14:textId="241D8EE5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1134" w:type="dxa"/>
          </w:tcPr>
          <w:p w14:paraId="7BCB0314" w14:textId="0F895F66" w:rsidR="000C42D8" w:rsidRPr="00240901" w:rsidRDefault="000C42D8">
            <w:pPr>
              <w:rPr>
                <w:rFonts w:asciiTheme="majorHAnsi" w:hAnsiTheme="majorHAnsi" w:cstheme="majorHAnsi"/>
                <w:lang w:val="tr-TR"/>
              </w:rPr>
            </w:pPr>
          </w:p>
        </w:tc>
      </w:tr>
    </w:tbl>
    <w:p w14:paraId="795809C7" w14:textId="77777777" w:rsidR="00264D85" w:rsidRPr="00240901" w:rsidRDefault="00264D85">
      <w:pPr>
        <w:rPr>
          <w:rFonts w:asciiTheme="majorHAnsi" w:hAnsiTheme="majorHAnsi" w:cstheme="majorHAnsi"/>
          <w:lang w:val="tr-TR"/>
        </w:rPr>
      </w:pPr>
    </w:p>
    <w:p w14:paraId="6C324129" w14:textId="1C11CCB6" w:rsidR="000C42D8" w:rsidRPr="00240901" w:rsidRDefault="000C42D8" w:rsidP="000C42D8">
      <w:pPr>
        <w:pStyle w:val="Balk2"/>
        <w:rPr>
          <w:rFonts w:cstheme="majorHAnsi"/>
          <w:lang w:val="tr-TR"/>
        </w:rPr>
      </w:pPr>
      <w:r w:rsidRPr="00240901">
        <w:rPr>
          <w:rFonts w:cstheme="majorHAnsi"/>
          <w:lang w:val="tr-TR"/>
        </w:rPr>
        <w:t>Aile Konaklaması Başvuruları İçin</w:t>
      </w:r>
    </w:p>
    <w:p w14:paraId="5EFAC41E" w14:textId="77777777" w:rsidR="000C42D8" w:rsidRPr="00240901" w:rsidRDefault="000C42D8" w:rsidP="000C42D8">
      <w:pPr>
        <w:rPr>
          <w:rFonts w:asciiTheme="majorHAnsi" w:hAnsiTheme="majorHAnsi" w:cstheme="majorHAnsi"/>
          <w:lang w:val="tr-TR"/>
        </w:rPr>
      </w:pPr>
      <w:r w:rsidRPr="00240901">
        <w:rPr>
          <w:rFonts w:asciiTheme="majorHAnsi" w:hAnsiTheme="majorHAnsi" w:cstheme="majorHAnsi"/>
          <w:lang w:val="tr-TR"/>
        </w:rPr>
        <w:t>Birlikte konaklayacak kişi(</w:t>
      </w:r>
      <w:proofErr w:type="spellStart"/>
      <w:r w:rsidRPr="00240901">
        <w:rPr>
          <w:rFonts w:asciiTheme="majorHAnsi" w:hAnsiTheme="majorHAnsi" w:cstheme="majorHAnsi"/>
          <w:lang w:val="tr-TR"/>
        </w:rPr>
        <w:t>lerin</w:t>
      </w:r>
      <w:proofErr w:type="spellEnd"/>
      <w:r w:rsidRPr="00240901">
        <w:rPr>
          <w:rFonts w:asciiTheme="majorHAnsi" w:hAnsiTheme="majorHAnsi" w:cstheme="majorHAnsi"/>
          <w:lang w:val="tr-TR"/>
        </w:rPr>
        <w:t>) bilgileri: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0"/>
        <w:gridCol w:w="2621"/>
        <w:gridCol w:w="2268"/>
      </w:tblGrid>
      <w:tr w:rsidR="00BC2F9B" w:rsidRPr="00240901" w14:paraId="74EAD757" w14:textId="68A87A03" w:rsidTr="00C328F7">
        <w:tc>
          <w:tcPr>
            <w:tcW w:w="4320" w:type="dxa"/>
          </w:tcPr>
          <w:p w14:paraId="5542A769" w14:textId="77777777" w:rsidR="00BC2F9B" w:rsidRPr="00240901" w:rsidRDefault="00BC2F9B" w:rsidP="00C328F7">
            <w:pPr>
              <w:jc w:val="both"/>
              <w:rPr>
                <w:rFonts w:asciiTheme="majorHAnsi" w:hAnsiTheme="majorHAnsi" w:cstheme="majorHAnsi"/>
                <w:lang w:val="tr-TR"/>
              </w:rPr>
            </w:pPr>
            <w:r w:rsidRPr="00240901">
              <w:rPr>
                <w:rFonts w:asciiTheme="majorHAnsi" w:hAnsiTheme="majorHAnsi" w:cstheme="majorHAnsi"/>
                <w:lang w:val="tr-TR"/>
              </w:rPr>
              <w:t xml:space="preserve">Ad </w:t>
            </w:r>
            <w:proofErr w:type="spellStart"/>
            <w:r w:rsidRPr="00240901">
              <w:rPr>
                <w:rFonts w:asciiTheme="majorHAnsi" w:hAnsiTheme="majorHAnsi" w:cstheme="majorHAnsi"/>
                <w:lang w:val="tr-TR"/>
              </w:rPr>
              <w:t>Soyad</w:t>
            </w:r>
            <w:proofErr w:type="spellEnd"/>
          </w:p>
        </w:tc>
        <w:tc>
          <w:tcPr>
            <w:tcW w:w="2621" w:type="dxa"/>
          </w:tcPr>
          <w:p w14:paraId="791D524A" w14:textId="77777777" w:rsidR="00BC2F9B" w:rsidRPr="00240901" w:rsidRDefault="00BC2F9B" w:rsidP="00C328F7">
            <w:pPr>
              <w:jc w:val="both"/>
              <w:rPr>
                <w:rFonts w:asciiTheme="majorHAnsi" w:hAnsiTheme="majorHAnsi" w:cstheme="majorHAnsi"/>
                <w:lang w:val="tr-TR"/>
              </w:rPr>
            </w:pPr>
            <w:r w:rsidRPr="00240901">
              <w:rPr>
                <w:rFonts w:asciiTheme="majorHAnsi" w:hAnsiTheme="majorHAnsi" w:cstheme="majorHAnsi"/>
                <w:lang w:val="tr-TR"/>
              </w:rPr>
              <w:t>T.C. Kimlik Numarası</w:t>
            </w:r>
          </w:p>
        </w:tc>
        <w:tc>
          <w:tcPr>
            <w:tcW w:w="2268" w:type="dxa"/>
          </w:tcPr>
          <w:p w14:paraId="225DBD34" w14:textId="07147A85" w:rsidR="00BC2F9B" w:rsidRPr="00240901" w:rsidRDefault="00BC2F9B" w:rsidP="00C328F7">
            <w:pPr>
              <w:jc w:val="both"/>
              <w:rPr>
                <w:rFonts w:asciiTheme="majorHAnsi" w:hAnsiTheme="majorHAnsi" w:cstheme="majorHAnsi"/>
                <w:lang w:val="tr-TR"/>
              </w:rPr>
            </w:pPr>
            <w:r w:rsidRPr="00BC2F9B">
              <w:rPr>
                <w:rFonts w:asciiTheme="majorHAnsi" w:hAnsiTheme="majorHAnsi" w:cstheme="majorHAnsi"/>
                <w:lang w:val="tr-TR"/>
              </w:rPr>
              <w:t>Yakınlık derecesini (eş veya çocuk) belirtiniz.</w:t>
            </w:r>
          </w:p>
        </w:tc>
      </w:tr>
      <w:tr w:rsidR="00BC2F9B" w:rsidRPr="00240901" w14:paraId="6D476081" w14:textId="01302DE4" w:rsidTr="00C328F7">
        <w:tc>
          <w:tcPr>
            <w:tcW w:w="4320" w:type="dxa"/>
          </w:tcPr>
          <w:p w14:paraId="70542B8C" w14:textId="77777777" w:rsidR="00BC2F9B" w:rsidRPr="00240901" w:rsidRDefault="00BC2F9B" w:rsidP="003F2599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2621" w:type="dxa"/>
          </w:tcPr>
          <w:p w14:paraId="68179F4E" w14:textId="77777777" w:rsidR="00BC2F9B" w:rsidRPr="00240901" w:rsidRDefault="00BC2F9B" w:rsidP="003F2599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2268" w:type="dxa"/>
          </w:tcPr>
          <w:p w14:paraId="305D2792" w14:textId="77777777" w:rsidR="00BC2F9B" w:rsidRPr="00240901" w:rsidRDefault="00BC2F9B" w:rsidP="003F2599">
            <w:pPr>
              <w:rPr>
                <w:rFonts w:asciiTheme="majorHAnsi" w:hAnsiTheme="majorHAnsi" w:cstheme="majorHAnsi"/>
                <w:lang w:val="tr-TR"/>
              </w:rPr>
            </w:pPr>
          </w:p>
        </w:tc>
      </w:tr>
      <w:tr w:rsidR="00BC2F9B" w:rsidRPr="00240901" w14:paraId="37DCB9CB" w14:textId="00C3D82C" w:rsidTr="00C328F7">
        <w:tc>
          <w:tcPr>
            <w:tcW w:w="4320" w:type="dxa"/>
          </w:tcPr>
          <w:p w14:paraId="664E27A7" w14:textId="77777777" w:rsidR="00BC2F9B" w:rsidRPr="00240901" w:rsidRDefault="00BC2F9B" w:rsidP="003F2599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2621" w:type="dxa"/>
          </w:tcPr>
          <w:p w14:paraId="5F5415FF" w14:textId="77777777" w:rsidR="00BC2F9B" w:rsidRPr="00240901" w:rsidRDefault="00BC2F9B" w:rsidP="003F2599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2268" w:type="dxa"/>
          </w:tcPr>
          <w:p w14:paraId="7448BD93" w14:textId="77777777" w:rsidR="00BC2F9B" w:rsidRPr="00240901" w:rsidRDefault="00BC2F9B" w:rsidP="003F2599">
            <w:pPr>
              <w:rPr>
                <w:rFonts w:asciiTheme="majorHAnsi" w:hAnsiTheme="majorHAnsi" w:cstheme="majorHAnsi"/>
                <w:lang w:val="tr-TR"/>
              </w:rPr>
            </w:pPr>
          </w:p>
        </w:tc>
      </w:tr>
      <w:tr w:rsidR="00BC2F9B" w:rsidRPr="00240901" w14:paraId="45C8C97D" w14:textId="259DB1B2" w:rsidTr="00C328F7">
        <w:tc>
          <w:tcPr>
            <w:tcW w:w="4320" w:type="dxa"/>
          </w:tcPr>
          <w:p w14:paraId="29D078A3" w14:textId="77777777" w:rsidR="00BC2F9B" w:rsidRPr="00240901" w:rsidRDefault="00BC2F9B" w:rsidP="003F2599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2621" w:type="dxa"/>
          </w:tcPr>
          <w:p w14:paraId="3DB0E187" w14:textId="77777777" w:rsidR="00BC2F9B" w:rsidRPr="00240901" w:rsidRDefault="00BC2F9B" w:rsidP="003F2599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2268" w:type="dxa"/>
          </w:tcPr>
          <w:p w14:paraId="2DB6B5AF" w14:textId="77777777" w:rsidR="00BC2F9B" w:rsidRPr="00240901" w:rsidRDefault="00BC2F9B" w:rsidP="003F2599">
            <w:pPr>
              <w:rPr>
                <w:rFonts w:asciiTheme="majorHAnsi" w:hAnsiTheme="majorHAnsi" w:cstheme="majorHAnsi"/>
                <w:lang w:val="tr-TR"/>
              </w:rPr>
            </w:pPr>
          </w:p>
        </w:tc>
      </w:tr>
      <w:tr w:rsidR="00BC2F9B" w:rsidRPr="00240901" w14:paraId="3AF4CE4E" w14:textId="5564C101" w:rsidTr="00C328F7">
        <w:tc>
          <w:tcPr>
            <w:tcW w:w="4320" w:type="dxa"/>
          </w:tcPr>
          <w:p w14:paraId="42E6AB42" w14:textId="77777777" w:rsidR="00BC2F9B" w:rsidRPr="00240901" w:rsidRDefault="00BC2F9B" w:rsidP="003F2599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2621" w:type="dxa"/>
          </w:tcPr>
          <w:p w14:paraId="2644DD91" w14:textId="77777777" w:rsidR="00BC2F9B" w:rsidRPr="00240901" w:rsidRDefault="00BC2F9B" w:rsidP="003F2599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2268" w:type="dxa"/>
          </w:tcPr>
          <w:p w14:paraId="154D39AE" w14:textId="77777777" w:rsidR="00BC2F9B" w:rsidRPr="00240901" w:rsidRDefault="00BC2F9B" w:rsidP="003F2599">
            <w:pPr>
              <w:rPr>
                <w:rFonts w:asciiTheme="majorHAnsi" w:hAnsiTheme="majorHAnsi" w:cstheme="majorHAnsi"/>
                <w:lang w:val="tr-TR"/>
              </w:rPr>
            </w:pPr>
          </w:p>
        </w:tc>
      </w:tr>
      <w:tr w:rsidR="00BC2F9B" w:rsidRPr="00240901" w14:paraId="704D1604" w14:textId="4EAA746B" w:rsidTr="00C328F7">
        <w:tc>
          <w:tcPr>
            <w:tcW w:w="4320" w:type="dxa"/>
          </w:tcPr>
          <w:p w14:paraId="5C9B5CE0" w14:textId="77777777" w:rsidR="00BC2F9B" w:rsidRPr="00240901" w:rsidRDefault="00BC2F9B" w:rsidP="003F2599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2621" w:type="dxa"/>
          </w:tcPr>
          <w:p w14:paraId="4F46F5B6" w14:textId="77777777" w:rsidR="00BC2F9B" w:rsidRPr="00240901" w:rsidRDefault="00BC2F9B" w:rsidP="003F2599">
            <w:pPr>
              <w:rPr>
                <w:rFonts w:asciiTheme="majorHAnsi" w:hAnsiTheme="majorHAnsi" w:cstheme="majorHAnsi"/>
                <w:lang w:val="tr-TR"/>
              </w:rPr>
            </w:pPr>
          </w:p>
        </w:tc>
        <w:tc>
          <w:tcPr>
            <w:tcW w:w="2268" w:type="dxa"/>
          </w:tcPr>
          <w:p w14:paraId="7C410D27" w14:textId="77777777" w:rsidR="00BC2F9B" w:rsidRPr="00240901" w:rsidRDefault="00BC2F9B" w:rsidP="003F2599">
            <w:pPr>
              <w:rPr>
                <w:rFonts w:asciiTheme="majorHAnsi" w:hAnsiTheme="majorHAnsi" w:cstheme="majorHAnsi"/>
                <w:lang w:val="tr-TR"/>
              </w:rPr>
            </w:pPr>
          </w:p>
        </w:tc>
      </w:tr>
    </w:tbl>
    <w:p w14:paraId="5A398864" w14:textId="77777777" w:rsidR="000C42D8" w:rsidRDefault="000C42D8">
      <w:pPr>
        <w:rPr>
          <w:rFonts w:asciiTheme="majorHAnsi" w:hAnsiTheme="majorHAnsi" w:cstheme="majorHAnsi"/>
          <w:lang w:val="tr-TR"/>
        </w:rPr>
      </w:pPr>
    </w:p>
    <w:p w14:paraId="5472AC5C" w14:textId="77777777" w:rsidR="00BC2F9B" w:rsidRPr="00BC2F9B" w:rsidRDefault="00BC2F9B" w:rsidP="00BC2F9B">
      <w:pPr>
        <w:rPr>
          <w:rFonts w:asciiTheme="majorHAnsi" w:hAnsiTheme="majorHAnsi" w:cstheme="majorHAnsi"/>
          <w:lang w:val="tr-TR"/>
        </w:rPr>
      </w:pPr>
      <w:r w:rsidRPr="00BC2F9B">
        <w:rPr>
          <w:rFonts w:asciiTheme="majorHAnsi" w:hAnsiTheme="majorHAnsi" w:cstheme="majorHAnsi"/>
          <w:lang w:val="tr-TR"/>
        </w:rPr>
        <w:t>Lütfen aşağıdaki kutucuğu işaretleyiniz:</w:t>
      </w:r>
    </w:p>
    <w:p w14:paraId="0370901A" w14:textId="33F813A2" w:rsidR="00BC2F9B" w:rsidRPr="00240901" w:rsidRDefault="00BC2F9B" w:rsidP="00BC2F9B">
      <w:pPr>
        <w:rPr>
          <w:rFonts w:asciiTheme="majorHAnsi" w:hAnsiTheme="majorHAnsi" w:cstheme="majorHAnsi"/>
          <w:lang w:val="tr-TR"/>
        </w:rPr>
      </w:pPr>
      <w:r w:rsidRPr="00BC2F9B">
        <w:rPr>
          <w:rFonts w:ascii="Segoe UI Symbol" w:hAnsi="Segoe UI Symbol" w:cs="Segoe UI Symbol"/>
          <w:lang w:val="tr-TR"/>
        </w:rPr>
        <w:t>☐</w:t>
      </w:r>
      <w:r w:rsidRPr="00BC2F9B">
        <w:rPr>
          <w:rFonts w:asciiTheme="majorHAnsi" w:hAnsiTheme="majorHAnsi" w:cstheme="majorHAnsi"/>
          <w:lang w:val="tr-TR"/>
        </w:rPr>
        <w:t xml:space="preserve"> Yukarıda verdiğim bilgilerin doğru ve eksiksiz olduğunu onaylıyorum.</w:t>
      </w:r>
    </w:p>
    <w:sectPr w:rsidR="00BC2F9B" w:rsidRPr="00240901" w:rsidSect="00264D85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41B1C" w14:textId="77777777" w:rsidR="00DE478B" w:rsidRDefault="00DE478B" w:rsidP="00264D85">
      <w:pPr>
        <w:spacing w:after="0" w:line="240" w:lineRule="auto"/>
      </w:pPr>
      <w:r>
        <w:separator/>
      </w:r>
    </w:p>
  </w:endnote>
  <w:endnote w:type="continuationSeparator" w:id="0">
    <w:p w14:paraId="02CE3C6E" w14:textId="77777777" w:rsidR="00DE478B" w:rsidRDefault="00DE478B" w:rsidP="00264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A1CCF" w14:textId="77777777" w:rsidR="00DE478B" w:rsidRDefault="00DE478B" w:rsidP="00264D85">
      <w:pPr>
        <w:spacing w:after="0" w:line="240" w:lineRule="auto"/>
      </w:pPr>
      <w:r>
        <w:separator/>
      </w:r>
    </w:p>
  </w:footnote>
  <w:footnote w:type="continuationSeparator" w:id="0">
    <w:p w14:paraId="1D4A2B01" w14:textId="77777777" w:rsidR="00DE478B" w:rsidRDefault="00DE478B" w:rsidP="00264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9328161">
    <w:abstractNumId w:val="8"/>
  </w:num>
  <w:num w:numId="2" w16cid:durableId="1642155049">
    <w:abstractNumId w:val="6"/>
  </w:num>
  <w:num w:numId="3" w16cid:durableId="1106541982">
    <w:abstractNumId w:val="5"/>
  </w:num>
  <w:num w:numId="4" w16cid:durableId="531962658">
    <w:abstractNumId w:val="4"/>
  </w:num>
  <w:num w:numId="5" w16cid:durableId="188379054">
    <w:abstractNumId w:val="7"/>
  </w:num>
  <w:num w:numId="6" w16cid:durableId="435715545">
    <w:abstractNumId w:val="3"/>
  </w:num>
  <w:num w:numId="7" w16cid:durableId="530607006">
    <w:abstractNumId w:val="2"/>
  </w:num>
  <w:num w:numId="8" w16cid:durableId="389577579">
    <w:abstractNumId w:val="1"/>
  </w:num>
  <w:num w:numId="9" w16cid:durableId="120732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D78"/>
    <w:rsid w:val="00034616"/>
    <w:rsid w:val="0006063C"/>
    <w:rsid w:val="000C42D8"/>
    <w:rsid w:val="0015074B"/>
    <w:rsid w:val="00240901"/>
    <w:rsid w:val="00264D85"/>
    <w:rsid w:val="0029639D"/>
    <w:rsid w:val="00326F90"/>
    <w:rsid w:val="006B1268"/>
    <w:rsid w:val="00703C0A"/>
    <w:rsid w:val="007D6C9D"/>
    <w:rsid w:val="00921D0B"/>
    <w:rsid w:val="00A02F42"/>
    <w:rsid w:val="00A41CC8"/>
    <w:rsid w:val="00AA1D8D"/>
    <w:rsid w:val="00AA4910"/>
    <w:rsid w:val="00AC7B18"/>
    <w:rsid w:val="00B47730"/>
    <w:rsid w:val="00BC2F9B"/>
    <w:rsid w:val="00C0716B"/>
    <w:rsid w:val="00C328F7"/>
    <w:rsid w:val="00CB0664"/>
    <w:rsid w:val="00DE478B"/>
    <w:rsid w:val="00E27FD1"/>
    <w:rsid w:val="00E34895"/>
    <w:rsid w:val="00EC02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896BDD"/>
  <w14:defaultImageDpi w14:val="300"/>
  <w15:docId w15:val="{F9D9848C-4A40-4B98-A2CB-09F78D5C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E27FD1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27F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bmekyurtknklm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FA55B6-BE41-4227-96DC-E847E7A5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Hasan Zühtü OKULU</cp:lastModifiedBy>
  <cp:revision>3</cp:revision>
  <dcterms:created xsi:type="dcterms:W3CDTF">2026-07-31T10:04:00Z</dcterms:created>
  <dcterms:modified xsi:type="dcterms:W3CDTF">2026-07-31T10:05:00Z</dcterms:modified>
  <cp:category/>
</cp:coreProperties>
</file>